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D2" w:rsidRDefault="00EC418F" w:rsidP="00FF48A7">
      <w:pPr>
        <w:pStyle w:val="Testonotadichiusura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pt;margin-top:107.2pt;width:488.05pt;height:59.25pt;z-index:251658240;mso-position-horizontal-relative:text;mso-position-vertical-relative:text" o:allowincell="f" stroked="f">
            <v:textbox style="mso-next-textbox:#_x0000_s1026">
              <w:txbxContent>
                <w:p w:rsidR="008826D2" w:rsidRPr="00FF48A7" w:rsidRDefault="008826D2" w:rsidP="00FF48A7">
                  <w:pPr>
                    <w:spacing w:after="0" w:line="240" w:lineRule="auto"/>
                    <w:jc w:val="center"/>
                    <w:rPr>
                      <w:rFonts w:ascii="Candara" w:hAnsi="Candara"/>
                      <w:b/>
                      <w:sz w:val="36"/>
                      <w:szCs w:val="36"/>
                      <w:lang w:val="it-IT"/>
                    </w:rPr>
                  </w:pPr>
                  <w:r w:rsidRPr="00FF48A7">
                    <w:rPr>
                      <w:rFonts w:ascii="Candara" w:hAnsi="Candara"/>
                      <w:b/>
                      <w:sz w:val="36"/>
                      <w:szCs w:val="36"/>
                      <w:lang w:val="it-IT"/>
                    </w:rPr>
                    <w:t>Comune di</w:t>
                  </w:r>
                  <w:r w:rsidR="00FF48A7">
                    <w:rPr>
                      <w:rFonts w:ascii="Candara" w:hAnsi="Candara"/>
                      <w:b/>
                      <w:sz w:val="36"/>
                      <w:szCs w:val="36"/>
                      <w:lang w:val="it-IT"/>
                    </w:rPr>
                    <w:t xml:space="preserve"> </w:t>
                  </w:r>
                  <w:r w:rsidRPr="00FF48A7">
                    <w:rPr>
                      <w:rFonts w:ascii="Candara" w:hAnsi="Candara"/>
                      <w:b/>
                      <w:sz w:val="36"/>
                      <w:szCs w:val="36"/>
                      <w:lang w:val="it-IT"/>
                    </w:rPr>
                    <w:t>Pavullo nel Frignano</w:t>
                  </w:r>
                </w:p>
                <w:p w:rsidR="008826D2" w:rsidRPr="008826D2" w:rsidRDefault="008826D2" w:rsidP="008826D2">
                  <w:pPr>
                    <w:spacing w:before="120" w:after="0" w:line="240" w:lineRule="auto"/>
                    <w:jc w:val="center"/>
                    <w:rPr>
                      <w:rFonts w:ascii="Candara" w:hAnsi="Candara"/>
                      <w:lang w:val="it-IT"/>
                    </w:rPr>
                  </w:pPr>
                  <w:r w:rsidRPr="008826D2">
                    <w:rPr>
                      <w:rFonts w:ascii="Candara" w:hAnsi="Candara"/>
                      <w:lang w:val="it-IT"/>
                    </w:rPr>
                    <w:t>Provincia di Modena</w:t>
                  </w:r>
                </w:p>
              </w:txbxContent>
            </v:textbox>
            <w10:wrap type="square"/>
          </v:shape>
        </w:pict>
      </w:r>
      <w:r w:rsidR="008826D2">
        <w:rPr>
          <w:noProof/>
        </w:rPr>
        <w:drawing>
          <wp:inline distT="0" distB="0" distL="0" distR="0">
            <wp:extent cx="883997" cy="1329805"/>
            <wp:effectExtent l="19050" t="0" r="0" b="0"/>
            <wp:docPr id="1" name="Immagine 0" descr="Logo Ufficiale Comune di Pavul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fficiale Comune di Pavull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97" cy="132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8A7" w:rsidRDefault="00FF48A7" w:rsidP="00FF48A7">
      <w:pPr>
        <w:widowControl w:val="0"/>
        <w:spacing w:after="0" w:line="240" w:lineRule="auto"/>
        <w:ind w:left="3402"/>
        <w:jc w:val="right"/>
        <w:rPr>
          <w:rStyle w:val="Enfasigrassetto"/>
          <w:rFonts w:ascii="Candara" w:hAnsi="Candara"/>
          <w:sz w:val="24"/>
          <w:szCs w:val="24"/>
          <w:lang w:val="it-IT"/>
        </w:rPr>
      </w:pPr>
      <w:r>
        <w:rPr>
          <w:rStyle w:val="Enfasigrassetto"/>
          <w:rFonts w:ascii="Candara" w:hAnsi="Candara"/>
          <w:sz w:val="24"/>
          <w:szCs w:val="24"/>
          <w:lang w:val="it-IT"/>
        </w:rPr>
        <w:t>Allegato “B”</w:t>
      </w:r>
    </w:p>
    <w:p w:rsidR="00FF48A7" w:rsidRPr="00403F53" w:rsidRDefault="00FF48A7" w:rsidP="00403F53">
      <w:pPr>
        <w:pStyle w:val="Default"/>
        <w:jc w:val="center"/>
        <w:rPr>
          <w:rFonts w:ascii="Candara" w:hAnsi="Candara"/>
          <w:b/>
          <w:bCs/>
        </w:rPr>
      </w:pPr>
    </w:p>
    <w:p w:rsidR="00403F53" w:rsidRPr="00403F53" w:rsidRDefault="00403F53" w:rsidP="00403F53">
      <w:pPr>
        <w:pStyle w:val="Default"/>
        <w:jc w:val="center"/>
        <w:rPr>
          <w:rFonts w:ascii="Candara" w:hAnsi="Candara"/>
          <w:b/>
        </w:rPr>
      </w:pPr>
      <w:r w:rsidRPr="00403F53">
        <w:rPr>
          <w:rFonts w:ascii="Candara" w:hAnsi="Candara"/>
          <w:b/>
        </w:rPr>
        <w:t>MODULO DI DOMANDA PER L’ASSEGNAZIONE DI VOUCHER SPORT EMILIA-ROMAGNA 2026</w:t>
      </w:r>
    </w:p>
    <w:p w:rsidR="00FF48A7" w:rsidRPr="00403F53" w:rsidRDefault="00403F53" w:rsidP="00403F53">
      <w:pPr>
        <w:widowControl w:val="0"/>
        <w:spacing w:after="0" w:line="240" w:lineRule="auto"/>
        <w:jc w:val="center"/>
        <w:rPr>
          <w:rStyle w:val="Enfasigrassetto"/>
          <w:rFonts w:ascii="Candara" w:hAnsi="Candara"/>
          <w:b w:val="0"/>
          <w:sz w:val="24"/>
          <w:szCs w:val="24"/>
          <w:lang w:val="it-IT"/>
        </w:rPr>
      </w:pPr>
      <w:r w:rsidRPr="00403F53">
        <w:rPr>
          <w:rFonts w:ascii="Candara" w:hAnsi="Candara"/>
          <w:b/>
          <w:sz w:val="24"/>
          <w:szCs w:val="24"/>
          <w:lang w:val="it-IT"/>
        </w:rPr>
        <w:t>Contributi a sostegno delle spese sportive dei minori con disabilità o in condizione di sovrappeso/obesità con complicanze.</w:t>
      </w:r>
    </w:p>
    <w:p w:rsidR="00376FB0" w:rsidRDefault="00376FB0" w:rsidP="00FF48A7">
      <w:pPr>
        <w:widowControl w:val="0"/>
        <w:spacing w:after="0" w:line="240" w:lineRule="auto"/>
        <w:ind w:left="3402"/>
        <w:jc w:val="both"/>
        <w:rPr>
          <w:rStyle w:val="Enfasigrassetto"/>
          <w:rFonts w:ascii="Candara" w:hAnsi="Candara"/>
          <w:b w:val="0"/>
          <w:sz w:val="24"/>
          <w:szCs w:val="24"/>
          <w:lang w:val="it-IT"/>
        </w:rPr>
      </w:pPr>
    </w:p>
    <w:p w:rsidR="0040623C" w:rsidRPr="00403F53" w:rsidRDefault="0040623C" w:rsidP="00FF48A7">
      <w:pPr>
        <w:widowControl w:val="0"/>
        <w:spacing w:after="0" w:line="240" w:lineRule="auto"/>
        <w:ind w:left="3402"/>
        <w:jc w:val="both"/>
        <w:rPr>
          <w:rFonts w:ascii="Candara" w:hAnsi="Candara"/>
          <w:b/>
          <w:sz w:val="24"/>
          <w:szCs w:val="24"/>
          <w:lang w:val="it-IT"/>
        </w:rPr>
      </w:pPr>
      <w:r w:rsidRPr="00403F53">
        <w:rPr>
          <w:rStyle w:val="Enfasigrassetto"/>
          <w:rFonts w:ascii="Candara" w:hAnsi="Candara"/>
          <w:b w:val="0"/>
          <w:sz w:val="24"/>
          <w:szCs w:val="24"/>
          <w:lang w:val="it-IT"/>
        </w:rPr>
        <w:t>Spett.le Comune di Pavullo nel Frignano</w:t>
      </w:r>
    </w:p>
    <w:p w:rsidR="0040623C" w:rsidRPr="00FF48A7" w:rsidRDefault="0040623C" w:rsidP="00FF48A7">
      <w:pPr>
        <w:widowControl w:val="0"/>
        <w:spacing w:after="0" w:line="240" w:lineRule="auto"/>
        <w:ind w:left="3402"/>
        <w:jc w:val="both"/>
        <w:rPr>
          <w:rFonts w:ascii="Candara" w:hAnsi="Candara"/>
          <w:sz w:val="24"/>
          <w:szCs w:val="24"/>
          <w:lang w:val="it-IT"/>
        </w:rPr>
      </w:pPr>
      <w:r w:rsidRPr="00FF48A7">
        <w:rPr>
          <w:rFonts w:ascii="Candara" w:hAnsi="Candara"/>
          <w:sz w:val="24"/>
          <w:szCs w:val="24"/>
          <w:lang w:val="it-IT"/>
        </w:rPr>
        <w:t>Servizio Cultura, Sport, Tempo Libero e Turismo</w:t>
      </w:r>
    </w:p>
    <w:p w:rsidR="0040623C" w:rsidRPr="00FF48A7" w:rsidRDefault="0040623C" w:rsidP="00FF48A7">
      <w:pPr>
        <w:widowControl w:val="0"/>
        <w:spacing w:after="0" w:line="240" w:lineRule="auto"/>
        <w:ind w:left="3402"/>
        <w:jc w:val="both"/>
        <w:rPr>
          <w:rFonts w:ascii="Candara" w:hAnsi="Candara"/>
          <w:sz w:val="24"/>
          <w:szCs w:val="24"/>
          <w:lang w:val="it-IT"/>
        </w:rPr>
      </w:pPr>
      <w:r w:rsidRPr="00FF48A7">
        <w:rPr>
          <w:rFonts w:ascii="Candara" w:hAnsi="Candara"/>
          <w:sz w:val="24"/>
          <w:szCs w:val="24"/>
          <w:lang w:val="it-IT"/>
        </w:rPr>
        <w:t>Via Giardini, 3</w:t>
      </w:r>
    </w:p>
    <w:p w:rsidR="0040623C" w:rsidRPr="00FF48A7" w:rsidRDefault="0040623C" w:rsidP="00FF48A7">
      <w:pPr>
        <w:widowControl w:val="0"/>
        <w:spacing w:after="0" w:line="240" w:lineRule="auto"/>
        <w:ind w:left="3402"/>
        <w:jc w:val="both"/>
        <w:rPr>
          <w:rFonts w:ascii="Candara" w:hAnsi="Candara"/>
          <w:sz w:val="24"/>
          <w:szCs w:val="24"/>
          <w:lang w:val="it-IT"/>
        </w:rPr>
      </w:pPr>
      <w:r w:rsidRPr="00FF48A7">
        <w:rPr>
          <w:rFonts w:ascii="Candara" w:hAnsi="Candara"/>
          <w:sz w:val="24"/>
          <w:szCs w:val="24"/>
          <w:lang w:val="it-IT"/>
        </w:rPr>
        <w:t>41026 Pavullo nel Frignano (MO)</w:t>
      </w:r>
    </w:p>
    <w:p w:rsidR="0040623C" w:rsidRPr="00FF48A7" w:rsidRDefault="0040623C" w:rsidP="00FF48A7">
      <w:pPr>
        <w:widowControl w:val="0"/>
        <w:spacing w:after="0" w:line="240" w:lineRule="auto"/>
        <w:ind w:left="3402"/>
        <w:jc w:val="both"/>
        <w:rPr>
          <w:rFonts w:ascii="Candara" w:hAnsi="Candara"/>
          <w:sz w:val="24"/>
          <w:szCs w:val="24"/>
          <w:lang w:val="it-IT"/>
        </w:rPr>
      </w:pPr>
      <w:r w:rsidRPr="00FF48A7">
        <w:rPr>
          <w:rFonts w:ascii="Candara" w:hAnsi="Candara"/>
          <w:sz w:val="24"/>
          <w:szCs w:val="24"/>
          <w:lang w:val="it-IT"/>
        </w:rPr>
        <w:t xml:space="preserve">pec: </w:t>
      </w:r>
      <w:hyperlink r:id="rId9" w:history="1">
        <w:r w:rsidRPr="00FF48A7">
          <w:rPr>
            <w:rStyle w:val="Collegamentoipertestuale"/>
            <w:rFonts w:ascii="Candara" w:hAnsi="Candara"/>
            <w:sz w:val="24"/>
            <w:szCs w:val="24"/>
            <w:lang w:val="it-IT"/>
          </w:rPr>
          <w:t>comune.pavullo@cert.comune.pavullo-nel-frignano.mo.it</w:t>
        </w:r>
      </w:hyperlink>
    </w:p>
    <w:p w:rsidR="0040623C" w:rsidRDefault="00403F53" w:rsidP="00FF48A7">
      <w:pPr>
        <w:pStyle w:val="Default"/>
        <w:widowControl w:val="0"/>
        <w:ind w:left="3402"/>
        <w:jc w:val="both"/>
        <w:rPr>
          <w:rFonts w:ascii="Candara" w:hAnsi="Candara"/>
        </w:rPr>
      </w:pPr>
      <w:r>
        <w:rPr>
          <w:rFonts w:ascii="Candara" w:hAnsi="Candara"/>
        </w:rPr>
        <w:t>e</w:t>
      </w:r>
      <w:r w:rsidR="0040623C" w:rsidRPr="00FF48A7">
        <w:rPr>
          <w:rFonts w:ascii="Candara" w:hAnsi="Candara"/>
        </w:rPr>
        <w:t xml:space="preserve">-mail: </w:t>
      </w:r>
      <w:hyperlink r:id="rId10" w:history="1">
        <w:r w:rsidR="0040623C" w:rsidRPr="00FF48A7">
          <w:rPr>
            <w:rStyle w:val="Collegamentoipertestuale"/>
            <w:rFonts w:ascii="Candara" w:hAnsi="Candara"/>
          </w:rPr>
          <w:t>sport@comune.pavullo-nel-frignano.mo.it</w:t>
        </w:r>
      </w:hyperlink>
    </w:p>
    <w:p w:rsidR="00332F40" w:rsidRPr="00332F40" w:rsidRDefault="00FF48A7" w:rsidP="00332F40">
      <w:pPr>
        <w:pStyle w:val="NormaleWeb"/>
        <w:jc w:val="both"/>
        <w:rPr>
          <w:rFonts w:ascii="Candara" w:hAnsi="Candara"/>
        </w:rPr>
      </w:pPr>
      <w:r w:rsidRPr="00FF48A7">
        <w:rPr>
          <w:rFonts w:ascii="Candara" w:hAnsi="Candara"/>
          <w:b/>
        </w:rPr>
        <w:t>OGGETTO</w:t>
      </w:r>
      <w:r w:rsidRPr="00332F40">
        <w:rPr>
          <w:rFonts w:ascii="Candara" w:hAnsi="Candara"/>
        </w:rPr>
        <w:t xml:space="preserve">: </w:t>
      </w:r>
      <w:r w:rsidR="00332F40" w:rsidRPr="00332F40">
        <w:rPr>
          <w:rStyle w:val="Enfasigrassetto"/>
          <w:rFonts w:ascii="Candara" w:hAnsi="Candara"/>
        </w:rPr>
        <w:t>DOMANDA DI AMMISSIONE ALLA GRADUATORIA PER L’ASSEGNAZIONE DI UN VOUCHER, FINO A UN MASSIMO DI EURO 250,00, A COPERTURA DEI COSTI DI ISCRIZIONE A CORSI, ATTIVITÀ E CAMPIONATI SPORTIVI ORGANIZZATI DA ASSOCIAZIONI E SOCIETÀ SPORTIVE, PER NUCLEI FAMILIARI CON ALMENO UN MINORE DI ETÀ COMPRESA TRA 6 E 17 ANNI IN PARTICOLARI CONDIZIONI – ANNO SPORTIVO 2026/2027</w:t>
      </w:r>
    </w:p>
    <w:p w:rsidR="00CF4E9C" w:rsidRPr="00FF48A7" w:rsidRDefault="00DC3A80" w:rsidP="00FF48A7">
      <w:pPr>
        <w:spacing w:after="120" w:line="240" w:lineRule="auto"/>
        <w:jc w:val="both"/>
        <w:rPr>
          <w:rFonts w:ascii="Candara" w:hAnsi="Candara"/>
          <w:sz w:val="24"/>
          <w:szCs w:val="24"/>
          <w:u w:val="single"/>
          <w:lang w:val="it-IT"/>
        </w:rPr>
      </w:pPr>
      <w:r w:rsidRPr="00FF48A7">
        <w:rPr>
          <w:rFonts w:ascii="Candara" w:hAnsi="Candara"/>
          <w:sz w:val="24"/>
          <w:szCs w:val="24"/>
          <w:u w:val="single"/>
          <w:lang w:val="it-IT"/>
        </w:rPr>
        <w:t>Da presentare entro le ore</w:t>
      </w:r>
      <w:r w:rsidRPr="00FF48A7">
        <w:rPr>
          <w:rFonts w:ascii="Candara" w:hAnsi="Candara"/>
          <w:b/>
          <w:sz w:val="24"/>
          <w:szCs w:val="24"/>
          <w:u w:val="single"/>
          <w:lang w:val="it-IT"/>
        </w:rPr>
        <w:t xml:space="preserve"> </w:t>
      </w:r>
      <w:r w:rsidR="008826D2" w:rsidRPr="00FF48A7">
        <w:rPr>
          <w:rFonts w:ascii="Candara" w:hAnsi="Candara"/>
          <w:sz w:val="24"/>
          <w:szCs w:val="24"/>
          <w:u w:val="single"/>
          <w:lang w:val="it-IT"/>
        </w:rPr>
        <w:t>12:00 del giorno 20 novembre 2026</w:t>
      </w:r>
      <w:r w:rsidRPr="00FF48A7">
        <w:rPr>
          <w:rFonts w:ascii="Candara" w:hAnsi="Candara"/>
          <w:b/>
          <w:sz w:val="24"/>
          <w:szCs w:val="24"/>
          <w:u w:val="single"/>
          <w:lang w:val="it-IT"/>
        </w:rPr>
        <w:t xml:space="preserve">, </w:t>
      </w:r>
      <w:r w:rsidRPr="00FF48A7">
        <w:rPr>
          <w:rFonts w:ascii="Candara" w:hAnsi="Candara"/>
          <w:sz w:val="24"/>
          <w:szCs w:val="24"/>
          <w:u w:val="single"/>
          <w:lang w:val="it-IT"/>
        </w:rPr>
        <w:t>secondo le modalità indicate nell’Avviso pubblico comunale.</w:t>
      </w:r>
    </w:p>
    <w:p w:rsidR="00CF4E9C" w:rsidRPr="009C334A" w:rsidRDefault="00DC3A80" w:rsidP="009C334A">
      <w:pPr>
        <w:pStyle w:val="Titolo1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1. DATI DEL RICHIEDENTE (genitore/tutore esercente la responsabilità genitoriale)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9C334A">
        <w:rPr>
          <w:rFonts w:ascii="Candara" w:hAnsi="Candara"/>
          <w:sz w:val="24"/>
          <w:szCs w:val="24"/>
        </w:rPr>
        <w:t xml:space="preserve">Il/La </w:t>
      </w:r>
      <w:r w:rsidRPr="00770725">
        <w:rPr>
          <w:rFonts w:ascii="Candara" w:hAnsi="Candara"/>
          <w:sz w:val="24"/>
          <w:szCs w:val="24"/>
          <w:lang w:val="it-IT"/>
        </w:rPr>
        <w:t>sottoscritto/a __________________________________________________________________________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nato/a a __________________________________________ il</w:t>
      </w:r>
      <w:r w:rsidR="00BF4B9F">
        <w:rPr>
          <w:rFonts w:ascii="Candara" w:hAnsi="Candara"/>
          <w:sz w:val="24"/>
          <w:szCs w:val="24"/>
          <w:lang w:val="it-IT"/>
        </w:rPr>
        <w:t>__________/_______/_______</w:t>
      </w:r>
      <w:r w:rsidRPr="00770725">
        <w:rPr>
          <w:rFonts w:ascii="Candara" w:hAnsi="Candara"/>
          <w:sz w:val="24"/>
          <w:szCs w:val="24"/>
          <w:lang w:val="it-IT"/>
        </w:rPr>
        <w:t>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codice fiscale ________________________________________________________________________________</w:t>
      </w:r>
      <w:r w:rsidR="00BF4B9F">
        <w:rPr>
          <w:rFonts w:ascii="Candara" w:hAnsi="Candara"/>
          <w:sz w:val="24"/>
          <w:szCs w:val="24"/>
          <w:lang w:val="it-IT"/>
        </w:rPr>
        <w:t>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residente in ______________________________</w:t>
      </w:r>
      <w:r w:rsidR="00BF4B9F">
        <w:rPr>
          <w:rFonts w:ascii="Candara" w:hAnsi="Candara"/>
          <w:sz w:val="24"/>
          <w:szCs w:val="24"/>
          <w:lang w:val="it-IT"/>
        </w:rPr>
        <w:t>___________________________________</w:t>
      </w:r>
      <w:r w:rsidRPr="00770725">
        <w:rPr>
          <w:rFonts w:ascii="Candara" w:hAnsi="Candara"/>
          <w:sz w:val="24"/>
          <w:szCs w:val="24"/>
          <w:lang w:val="it-IT"/>
        </w:rPr>
        <w:t xml:space="preserve"> via/piazza __________________________________ n. 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telefon</w:t>
      </w:r>
      <w:r w:rsidR="00284D19">
        <w:rPr>
          <w:rFonts w:ascii="Candara" w:hAnsi="Candara"/>
          <w:sz w:val="24"/>
          <w:szCs w:val="24"/>
          <w:lang w:val="it-IT"/>
        </w:rPr>
        <w:t>o ____________________________</w:t>
      </w:r>
      <w:r w:rsidRPr="00770725">
        <w:rPr>
          <w:rFonts w:ascii="Candara" w:hAnsi="Candara"/>
          <w:sz w:val="24"/>
          <w:szCs w:val="24"/>
          <w:lang w:val="it-IT"/>
        </w:rPr>
        <w:t xml:space="preserve"> e-mail _________________</w:t>
      </w:r>
      <w:r w:rsidR="00284D19">
        <w:rPr>
          <w:rFonts w:ascii="Candara" w:hAnsi="Candara"/>
          <w:sz w:val="24"/>
          <w:szCs w:val="24"/>
          <w:lang w:val="it-IT"/>
        </w:rPr>
        <w:t>_______________________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lastRenderedPageBreak/>
        <w:t xml:space="preserve">in qualità di:  </w:t>
      </w:r>
      <w:r w:rsidRPr="00770725">
        <w:rPr>
          <w:sz w:val="24"/>
          <w:szCs w:val="24"/>
          <w:lang w:val="it-IT"/>
        </w:rPr>
        <w:t>☐</w:t>
      </w:r>
      <w:r w:rsidRPr="00770725">
        <w:rPr>
          <w:rFonts w:ascii="Candara" w:hAnsi="Candara"/>
          <w:sz w:val="24"/>
          <w:szCs w:val="24"/>
          <w:lang w:val="it-IT"/>
        </w:rPr>
        <w:t xml:space="preserve"> genitore  </w:t>
      </w:r>
      <w:r w:rsidRPr="00770725">
        <w:rPr>
          <w:sz w:val="24"/>
          <w:szCs w:val="24"/>
          <w:lang w:val="it-IT"/>
        </w:rPr>
        <w:t>☐</w:t>
      </w:r>
      <w:r w:rsidRPr="00770725">
        <w:rPr>
          <w:rFonts w:ascii="Candara" w:hAnsi="Candara"/>
          <w:sz w:val="24"/>
          <w:szCs w:val="24"/>
          <w:lang w:val="it-IT"/>
        </w:rPr>
        <w:t xml:space="preserve"> tutore  </w:t>
      </w:r>
      <w:r w:rsidRPr="00770725">
        <w:rPr>
          <w:sz w:val="24"/>
          <w:szCs w:val="24"/>
          <w:lang w:val="it-IT"/>
        </w:rPr>
        <w:t>☐</w:t>
      </w:r>
      <w:r w:rsidRPr="00770725">
        <w:rPr>
          <w:rFonts w:ascii="Candara" w:hAnsi="Candara"/>
          <w:sz w:val="24"/>
          <w:szCs w:val="24"/>
          <w:lang w:val="it-IT"/>
        </w:rPr>
        <w:t xml:space="preserve"> altro soggetto legittimato (specificare) 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________________________________________________________</w:t>
      </w:r>
    </w:p>
    <w:p w:rsidR="00CF4E9C" w:rsidRPr="00770725" w:rsidRDefault="00DC3A80" w:rsidP="00284D19">
      <w:pPr>
        <w:pStyle w:val="Titolo1"/>
        <w:keepNext w:val="0"/>
        <w:keepLines w:val="0"/>
        <w:widowControl w:val="0"/>
        <w:spacing w:before="120" w:line="240" w:lineRule="auto"/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2. DATI DEL NUCLEO FAMILIARE E ISEE</w:t>
      </w:r>
    </w:p>
    <w:p w:rsidR="001B7C15" w:rsidRPr="0040623C" w:rsidRDefault="001B7C15" w:rsidP="0040623C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40623C">
        <w:rPr>
          <w:rFonts w:ascii="Candara" w:hAnsi="Candara"/>
          <w:sz w:val="24"/>
          <w:szCs w:val="24"/>
        </w:rPr>
        <w:t>Il nucleo familiare richiedente deve essere residente nel Comune di Pavullo nel Frignano, come previsto dall’Avviso pubblico comunale. Indicare nella tabella i minori per i quali si richiede il voucher; compilare la sezione 3 e, per ciascun ulteriore minore, la scheda aggiuntiva.</w:t>
      </w:r>
    </w:p>
    <w:p w:rsidR="00C254C9" w:rsidRPr="00BF4B9F" w:rsidRDefault="00317CE2">
      <w:pPr>
        <w:spacing w:after="60"/>
        <w:rPr>
          <w:rFonts w:ascii="Candara" w:hAnsi="Candara"/>
          <w:sz w:val="24"/>
          <w:szCs w:val="24"/>
        </w:rPr>
      </w:pPr>
      <w:r w:rsidRPr="00BF4B9F">
        <w:rPr>
          <w:rFonts w:ascii="Candara" w:hAnsi="Candara"/>
          <w:b/>
          <w:sz w:val="24"/>
          <w:szCs w:val="24"/>
        </w:rPr>
        <w:t>ELENCO DEI MINORI PER I QUALI SI RICHIEDE IL VOUCHER</w:t>
      </w:r>
    </w:p>
    <w:tbl>
      <w:tblPr>
        <w:tblStyle w:val="Grigliatabella"/>
        <w:tblW w:w="0" w:type="auto"/>
        <w:jc w:val="center"/>
        <w:tblInd w:w="-2129" w:type="dxa"/>
        <w:tblLook w:val="04A0"/>
      </w:tblPr>
      <w:tblGrid>
        <w:gridCol w:w="574"/>
        <w:gridCol w:w="4265"/>
        <w:gridCol w:w="1765"/>
        <w:gridCol w:w="2552"/>
        <w:gridCol w:w="1549"/>
      </w:tblGrid>
      <w:tr w:rsidR="00C254C9" w:rsidRPr="0040623C" w:rsidTr="00775D41">
        <w:trPr>
          <w:tblHeader/>
          <w:jc w:val="center"/>
        </w:trPr>
        <w:tc>
          <w:tcPr>
            <w:tcW w:w="574" w:type="dxa"/>
            <w:shd w:val="clear" w:color="auto" w:fill="D9E2F3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b/>
                <w:sz w:val="24"/>
                <w:szCs w:val="24"/>
              </w:rPr>
              <w:t>N.</w:t>
            </w:r>
          </w:p>
        </w:tc>
        <w:tc>
          <w:tcPr>
            <w:tcW w:w="4265" w:type="dxa"/>
            <w:shd w:val="clear" w:color="auto" w:fill="D9E2F3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b/>
                <w:sz w:val="24"/>
                <w:szCs w:val="24"/>
              </w:rPr>
              <w:t>Cognome e nome</w:t>
            </w:r>
          </w:p>
        </w:tc>
        <w:tc>
          <w:tcPr>
            <w:tcW w:w="1765" w:type="dxa"/>
            <w:shd w:val="clear" w:color="auto" w:fill="D9E2F3"/>
            <w:vAlign w:val="center"/>
          </w:tcPr>
          <w:p w:rsidR="00C254C9" w:rsidRPr="0040623C" w:rsidRDefault="00317CE2" w:rsidP="00775D41">
            <w:pPr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b/>
                <w:sz w:val="24"/>
                <w:szCs w:val="24"/>
              </w:rPr>
              <w:t>Data di nascita</w:t>
            </w:r>
          </w:p>
        </w:tc>
        <w:tc>
          <w:tcPr>
            <w:tcW w:w="2552" w:type="dxa"/>
            <w:shd w:val="clear" w:color="auto" w:fill="D9E2F3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b/>
                <w:sz w:val="24"/>
                <w:szCs w:val="24"/>
              </w:rPr>
              <w:t>Codice fiscale</w:t>
            </w:r>
          </w:p>
        </w:tc>
        <w:tc>
          <w:tcPr>
            <w:tcW w:w="1549" w:type="dxa"/>
            <w:shd w:val="clear" w:color="auto" w:fill="D9E2F3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b/>
                <w:sz w:val="24"/>
                <w:szCs w:val="24"/>
              </w:rPr>
              <w:t>Condizione*</w:t>
            </w:r>
          </w:p>
        </w:tc>
      </w:tr>
      <w:tr w:rsidR="00C254C9" w:rsidRPr="0040623C" w:rsidTr="00775D41">
        <w:trPr>
          <w:jc w:val="center"/>
        </w:trPr>
        <w:tc>
          <w:tcPr>
            <w:tcW w:w="574" w:type="dxa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sz w:val="24"/>
                <w:szCs w:val="24"/>
              </w:rPr>
              <w:t>1</w:t>
            </w:r>
          </w:p>
        </w:tc>
        <w:tc>
          <w:tcPr>
            <w:tcW w:w="42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</w:tr>
      <w:tr w:rsidR="00C254C9" w:rsidRPr="0040623C" w:rsidTr="00775D41">
        <w:trPr>
          <w:jc w:val="center"/>
        </w:trPr>
        <w:tc>
          <w:tcPr>
            <w:tcW w:w="574" w:type="dxa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sz w:val="24"/>
                <w:szCs w:val="24"/>
              </w:rPr>
              <w:t>2</w:t>
            </w:r>
          </w:p>
        </w:tc>
        <w:tc>
          <w:tcPr>
            <w:tcW w:w="42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</w:tr>
      <w:tr w:rsidR="00C254C9" w:rsidRPr="0040623C" w:rsidTr="00775D41">
        <w:trPr>
          <w:jc w:val="center"/>
        </w:trPr>
        <w:tc>
          <w:tcPr>
            <w:tcW w:w="574" w:type="dxa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sz w:val="24"/>
                <w:szCs w:val="24"/>
              </w:rPr>
              <w:t>3</w:t>
            </w:r>
          </w:p>
        </w:tc>
        <w:tc>
          <w:tcPr>
            <w:tcW w:w="42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</w:tr>
      <w:tr w:rsidR="00C254C9" w:rsidRPr="0040623C" w:rsidTr="00775D41">
        <w:trPr>
          <w:jc w:val="center"/>
        </w:trPr>
        <w:tc>
          <w:tcPr>
            <w:tcW w:w="574" w:type="dxa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sz w:val="24"/>
                <w:szCs w:val="24"/>
              </w:rPr>
              <w:t>4</w:t>
            </w:r>
          </w:p>
        </w:tc>
        <w:tc>
          <w:tcPr>
            <w:tcW w:w="42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</w:tr>
      <w:tr w:rsidR="00C254C9" w:rsidRPr="0040623C" w:rsidTr="00775D41">
        <w:trPr>
          <w:jc w:val="center"/>
        </w:trPr>
        <w:tc>
          <w:tcPr>
            <w:tcW w:w="574" w:type="dxa"/>
            <w:vAlign w:val="center"/>
          </w:tcPr>
          <w:p w:rsidR="00C254C9" w:rsidRPr="0040623C" w:rsidRDefault="00317CE2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  <w:r w:rsidRPr="0040623C">
              <w:rPr>
                <w:rFonts w:ascii="Candara" w:hAnsi="Candara" w:cs="Arial"/>
                <w:sz w:val="24"/>
                <w:szCs w:val="24"/>
              </w:rPr>
              <w:t>5</w:t>
            </w:r>
          </w:p>
        </w:tc>
        <w:tc>
          <w:tcPr>
            <w:tcW w:w="42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:rsidR="00C254C9" w:rsidRPr="0040623C" w:rsidRDefault="00C254C9" w:rsidP="0040623C">
            <w:pPr>
              <w:spacing w:line="360" w:lineRule="auto"/>
              <w:jc w:val="both"/>
              <w:rPr>
                <w:rFonts w:ascii="Candara" w:hAnsi="Candara" w:cs="Arial"/>
                <w:sz w:val="24"/>
                <w:szCs w:val="24"/>
              </w:rPr>
            </w:pPr>
          </w:p>
        </w:tc>
      </w:tr>
    </w:tbl>
    <w:p w:rsidR="00C254C9" w:rsidRPr="0040623C" w:rsidRDefault="00317CE2" w:rsidP="0040623C">
      <w:pPr>
        <w:spacing w:after="0" w:line="240" w:lineRule="auto"/>
        <w:jc w:val="both"/>
        <w:rPr>
          <w:rFonts w:ascii="Candara" w:hAnsi="Candara" w:cs="Arial"/>
          <w:sz w:val="24"/>
          <w:szCs w:val="24"/>
        </w:rPr>
      </w:pPr>
      <w:r w:rsidRPr="0040623C">
        <w:rPr>
          <w:rFonts w:ascii="Candara" w:hAnsi="Candara" w:cs="Arial"/>
          <w:i/>
          <w:sz w:val="24"/>
          <w:szCs w:val="24"/>
        </w:rPr>
        <w:t>* Indicare D = disabilità certificata; S/O = sovrappeso/obesità con complicanze e indicazione medica. La documentazione sanitaria va trasmessa con modalità riservata.</w:t>
      </w:r>
    </w:p>
    <w:p w:rsidR="001B7C15" w:rsidRPr="001B7C15" w:rsidRDefault="001B7C15" w:rsidP="0040623C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t>ISEE ordinario in corso di validità: € ____________________</w:t>
      </w: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br/>
        <w:t>Data di rilascio: ____</w:t>
      </w:r>
      <w:r>
        <w:rPr>
          <w:rFonts w:ascii="Candara" w:eastAsia="Times New Roman" w:hAnsi="Candara" w:cs="Times New Roman"/>
          <w:sz w:val="24"/>
          <w:szCs w:val="24"/>
          <w:lang w:val="it-IT" w:eastAsia="it-IT"/>
        </w:rPr>
        <w:t>/</w:t>
      </w: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t>____</w:t>
      </w:r>
      <w:r>
        <w:rPr>
          <w:rFonts w:ascii="Candara" w:eastAsia="Times New Roman" w:hAnsi="Candara" w:cs="Times New Roman"/>
          <w:sz w:val="24"/>
          <w:szCs w:val="24"/>
          <w:lang w:val="it-IT" w:eastAsia="it-IT"/>
        </w:rPr>
        <w:t>/</w:t>
      </w: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t>______</w:t>
      </w:r>
    </w:p>
    <w:p w:rsidR="001B7C15" w:rsidRPr="001B7C15" w:rsidRDefault="001B7C15" w:rsidP="0040623C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t>Protocollo/attestazione ISEE (se disponibile):</w:t>
      </w:r>
    </w:p>
    <w:p w:rsidR="001B7C15" w:rsidRPr="001B7C15" w:rsidRDefault="001B7C15" w:rsidP="0040623C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1B7C15">
        <w:rPr>
          <w:rFonts w:ascii="Candara" w:eastAsia="Times New Roman" w:hAnsi="Candara" w:cs="Times New Roman"/>
          <w:sz w:val="24"/>
          <w:szCs w:val="24"/>
          <w:lang w:val="it-IT" w:eastAsia="it-IT"/>
        </w:rPr>
        <w:t>Il/La richiedente dichiara che l’ISEE ordinario del nucleo familiare, in corso di validità, non è superiore a € 30.000,00.</w:t>
      </w:r>
    </w:p>
    <w:p w:rsidR="009709A1" w:rsidRPr="009709A1" w:rsidRDefault="009709A1" w:rsidP="00284D19">
      <w:pPr>
        <w:spacing w:before="120" w:after="0" w:line="240" w:lineRule="auto"/>
        <w:jc w:val="both"/>
        <w:rPr>
          <w:rFonts w:ascii="Candara" w:eastAsia="Times New Roman" w:hAnsi="Candara" w:cs="Times New Roman"/>
          <w:color w:val="548DD4" w:themeColor="text2" w:themeTint="99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b/>
          <w:bCs/>
          <w:color w:val="548DD4" w:themeColor="text2" w:themeTint="99"/>
          <w:sz w:val="24"/>
          <w:szCs w:val="24"/>
          <w:lang w:val="it-IT" w:eastAsia="it-IT"/>
        </w:rPr>
        <w:t>3. DATI DEL MINORE PER IL QUALE SI RICHIEDE IL VOUCHER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Cognome e nome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___________________________________________________</w:t>
      </w:r>
      <w:r>
        <w:rPr>
          <w:rFonts w:ascii="Candara" w:eastAsia="Times New Roman" w:hAnsi="Candara" w:cs="Times New Roman"/>
          <w:sz w:val="24"/>
          <w:szCs w:val="24"/>
          <w:lang w:val="it-IT" w:eastAsia="it-IT"/>
        </w:rPr>
        <w:t>_______________________________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Nato/a a ___________________________________</w:t>
      </w:r>
      <w:r w:rsidR="00284D19">
        <w:rPr>
          <w:rFonts w:ascii="Candara" w:eastAsia="Times New Roman" w:hAnsi="Candara" w:cs="Times New Roman"/>
          <w:sz w:val="24"/>
          <w:szCs w:val="24"/>
          <w:lang w:val="it-IT" w:eastAsia="it-IT"/>
        </w:rPr>
        <w:t xml:space="preserve"> provincia _________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 xml:space="preserve"> il</w:t>
      </w:r>
      <w:r>
        <w:rPr>
          <w:rFonts w:ascii="Candara" w:eastAsia="Times New Roman" w:hAnsi="Candara" w:cs="Times New Roman"/>
          <w:sz w:val="24"/>
          <w:szCs w:val="24"/>
          <w:lang w:val="it-IT" w:eastAsia="it-IT"/>
        </w:rPr>
        <w:t>______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 xml:space="preserve"> </w:t>
      </w:r>
      <w:r w:rsidRPr="009709A1">
        <w:rPr>
          <w:rFonts w:ascii="Candara" w:eastAsia="Times New Roman" w:hAnsi="Candara" w:cs="Times New Roman"/>
          <w:b/>
          <w:bCs/>
          <w:sz w:val="24"/>
          <w:szCs w:val="24"/>
          <w:lang w:val="it-IT" w:eastAsia="it-IT"/>
        </w:rPr>
        <w:t>/</w:t>
      </w:r>
      <w:r>
        <w:rPr>
          <w:rFonts w:ascii="Candara" w:eastAsia="Times New Roman" w:hAnsi="Candara" w:cs="Times New Roman"/>
          <w:b/>
          <w:bCs/>
          <w:sz w:val="24"/>
          <w:szCs w:val="24"/>
          <w:lang w:val="it-IT" w:eastAsia="it-IT"/>
        </w:rPr>
        <w:t>_____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/________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Codice fiscale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___________________________________________________</w:t>
      </w:r>
      <w:r>
        <w:rPr>
          <w:rFonts w:ascii="Candara" w:eastAsia="Times New Roman" w:hAnsi="Candara" w:cs="Times New Roman"/>
          <w:sz w:val="24"/>
          <w:szCs w:val="24"/>
          <w:lang w:val="it-IT" w:eastAsia="it-IT"/>
        </w:rPr>
        <w:t>_______________________________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MS Mincho" w:hAnsi="MS Mincho" w:cs="MS Mincho"/>
          <w:sz w:val="24"/>
          <w:szCs w:val="24"/>
          <w:lang w:val="it-IT" w:eastAsia="it-IT"/>
        </w:rPr>
        <w:t>☐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 xml:space="preserve"> </w:t>
      </w:r>
      <w:r w:rsidR="00284D19">
        <w:rPr>
          <w:rFonts w:ascii="Candara" w:eastAsia="Times New Roman" w:hAnsi="Candara" w:cs="Times New Roman"/>
          <w:sz w:val="24"/>
          <w:szCs w:val="24"/>
          <w:lang w:val="it-IT" w:eastAsia="it-IT"/>
        </w:rPr>
        <w:t>m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inore con disabilità certificata mediante verbale INPS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MS Mincho" w:hAnsi="MS Mincho" w:cs="MS Mincho"/>
          <w:sz w:val="24"/>
          <w:szCs w:val="24"/>
          <w:lang w:val="it-IT" w:eastAsia="it-IT"/>
        </w:rPr>
        <w:t>☐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 xml:space="preserve"> </w:t>
      </w:r>
      <w:r w:rsidR="00284D19">
        <w:rPr>
          <w:rFonts w:ascii="Candara" w:eastAsia="Times New Roman" w:hAnsi="Candara" w:cs="Times New Roman"/>
          <w:sz w:val="24"/>
          <w:szCs w:val="24"/>
          <w:lang w:val="it-IT" w:eastAsia="it-IT"/>
        </w:rPr>
        <w:t>m</w:t>
      </w: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inore in condizione di sovrappeso o obesità con complicanze, per la quale è stata indicata la necessità di svolgere attività motoria o sportiva.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Per i minori in condizione di sovrappeso o obesità con complicanze, è necessario allegare un’attestazione o prescrizione sanitaria rilasciata, a seconda dei casi, dal medico di medicina generale, dal pediatra di libera scelta oppure dal medico del team di secondo livello per bambini sovrappeso o obesi attivo presso le AUSL regionali, secondo quanto previsto dall’Avviso regionale.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La documentazione sanitaria dovrà essere trasmessa con modalità idonee a garantirne la riservatezza, secondo le indicazioni del Comune.</w:t>
      </w:r>
    </w:p>
    <w:p w:rsidR="009709A1" w:rsidRPr="009709A1" w:rsidRDefault="009709A1" w:rsidP="009709A1">
      <w:pPr>
        <w:spacing w:after="0" w:line="240" w:lineRule="auto"/>
        <w:jc w:val="both"/>
        <w:rPr>
          <w:rFonts w:ascii="Candara" w:eastAsia="Times New Roman" w:hAnsi="Candara" w:cs="Times New Roman"/>
          <w:sz w:val="24"/>
          <w:szCs w:val="24"/>
          <w:lang w:val="it-IT" w:eastAsia="it-IT"/>
        </w:rPr>
      </w:pPr>
      <w:r w:rsidRPr="009709A1">
        <w:rPr>
          <w:rFonts w:ascii="Candara" w:eastAsia="Times New Roman" w:hAnsi="Candara" w:cs="Times New Roman"/>
          <w:sz w:val="24"/>
          <w:szCs w:val="24"/>
          <w:lang w:val="it-IT" w:eastAsia="it-IT"/>
        </w:rPr>
        <w:t>In caso di richiesta del voucher per più minori, compilare una scheda separata per ciascun minore e allegarla alla domanda principale.</w:t>
      </w:r>
    </w:p>
    <w:p w:rsidR="00CF4E9C" w:rsidRPr="00770725" w:rsidRDefault="00DC3A80" w:rsidP="00284D19">
      <w:pPr>
        <w:pStyle w:val="Titolo1"/>
        <w:spacing w:before="120"/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4. ATTIVITÀ SPORTIVA E SOGGETTO EROGATORE (se già individuati)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Associazione/società sportiva/ETS 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lastRenderedPageBreak/>
        <w:t>Sede/indirizzo _______________________________________________________________________________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Corso o attività sportiva prevista _______________________________________________________________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Costo complessivo previsto o sostenuto € __________________   Periodo/stagione: 2026/2027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L’indicazione dell’attività e del soggetto erogatore, ove già disponibile, non sostituisce la verifica dei requisiti di ammissibilità previsti dall’Avviso. Sono ammissibili le attività della stagione sportiva 2026/2027 organizzate da ASD/SSD iscritte al RASD oppure da ETS iscritti al RUNTS che svolgano attività sportiva dilettantistica ai sensi della normativa richiamata nell’Avviso.</w:t>
      </w:r>
    </w:p>
    <w:p w:rsidR="00CF4E9C" w:rsidRPr="009C334A" w:rsidRDefault="00DC3A80" w:rsidP="00284D19">
      <w:pPr>
        <w:pStyle w:val="Titolo1"/>
        <w:spacing w:before="12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5. DICHIARAZIONI SOSTITUTIVE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Consapevole delle responsabilità, anche penali, previste in caso di dichiarazioni mendaci e della decadenza dai benefici eventualmente conseguiti, ai sensi degli artt. 75 e 76 del D.P.R. 445/2000, il/la richiedente, sotto la propria responsabilità, dichiara:</w:t>
      </w:r>
    </w:p>
    <w:p w:rsidR="0000419D" w:rsidRDefault="00DC3A80" w:rsidP="00BF4B9F">
      <w:pPr>
        <w:pStyle w:val="NormaleWeb"/>
        <w:widowControl w:val="0"/>
        <w:spacing w:before="0" w:beforeAutospacing="0" w:after="0" w:afterAutospacing="0"/>
        <w:jc w:val="both"/>
      </w:pPr>
      <w:r w:rsidRPr="0000419D">
        <w:rPr>
          <w:rFonts w:ascii="Candara"/>
        </w:rPr>
        <w:t>☐</w:t>
      </w:r>
      <w:r w:rsidRPr="0000419D">
        <w:rPr>
          <w:rFonts w:ascii="Candara" w:hAnsi="Candara"/>
        </w:rPr>
        <w:t xml:space="preserve"> </w:t>
      </w:r>
      <w:r w:rsidR="0000419D" w:rsidRPr="0000419D">
        <w:rPr>
          <w:rFonts w:ascii="Candara" w:hAnsi="Candara"/>
        </w:rPr>
        <w:t>che il nucleo familiare richiedente è residente nel Comune di Pavullo nel Frignano</w:t>
      </w:r>
      <w:r w:rsidR="0000419D">
        <w:t>;</w:t>
      </w:r>
    </w:p>
    <w:p w:rsidR="00CF4E9C" w:rsidRPr="009C334A" w:rsidRDefault="00DC3A80" w:rsidP="00BF4B9F">
      <w:pPr>
        <w:widowControl w:val="0"/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che l’ISEE ordinario del nucleo familiare, in corso di validità, è pari o inferiore a € 30.000,00;</w:t>
      </w:r>
    </w:p>
    <w:p w:rsidR="00CF4E9C" w:rsidRPr="009C334A" w:rsidRDefault="00DC3A80" w:rsidP="00BF4B9F">
      <w:pPr>
        <w:widowControl w:val="0"/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/>
          <w:sz w:val="24"/>
          <w:szCs w:val="24"/>
        </w:rPr>
        <w:t xml:space="preserve"> che il minore indicato nella presente domanda ha </w:t>
      </w:r>
      <w:r w:rsidRPr="000D198B">
        <w:rPr>
          <w:rFonts w:ascii="Candara" w:hAnsi="Candara"/>
          <w:sz w:val="24"/>
          <w:szCs w:val="24"/>
        </w:rPr>
        <w:t>un’età compresa tra 6 e 17 anni</w:t>
      </w:r>
      <w:r w:rsidRPr="009C334A">
        <w:rPr>
          <w:rFonts w:ascii="Candara"/>
          <w:sz w:val="24"/>
          <w:szCs w:val="24"/>
        </w:rPr>
        <w:t xml:space="preserve"> e fa parte del nucleo familiare;</w:t>
      </w:r>
    </w:p>
    <w:p w:rsidR="00CF4E9C" w:rsidRPr="009C334A" w:rsidRDefault="00DC3A80" w:rsidP="00BF4B9F">
      <w:pPr>
        <w:widowControl w:val="0"/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che il minore rientra in una delle due categorie ammesse dall’Avviso regionale, come indicato nella sezione 3;</w:t>
      </w:r>
    </w:p>
    <w:p w:rsidR="00CF4E9C" w:rsidRPr="009C334A" w:rsidRDefault="00DC3A80" w:rsidP="00BF4B9F">
      <w:pPr>
        <w:widowControl w:val="0"/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di richiedere un solo voucher per il minore indicato nella presente scheda;</w:t>
      </w:r>
    </w:p>
    <w:p w:rsidR="00CF4E9C" w:rsidRPr="009C334A" w:rsidRDefault="00DC3A80" w:rsidP="00BF4B9F">
      <w:pPr>
        <w:spacing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</w:t>
      </w:r>
      <w:r w:rsidR="00960382" w:rsidRPr="00960382">
        <w:rPr>
          <w:rFonts w:ascii="Candara" w:hAnsi="Candara"/>
          <w:sz w:val="24"/>
          <w:szCs w:val="24"/>
          <w:lang w:val="it-IT"/>
        </w:rPr>
        <w:t>di essere a conoscenza che il voucher può essere riconosciuto per un importo massimo di € 250,00 e coprire fino al 100% della spesa ammissibile effettivamente sostenuta; in caso di spesa inferiore, il contributo sarà ridotto in misura corrispondente</w:t>
      </w:r>
      <w:r w:rsidRPr="00960382">
        <w:rPr>
          <w:rFonts w:ascii="Candara" w:hAnsi="Candara"/>
          <w:sz w:val="24"/>
          <w:szCs w:val="24"/>
          <w:lang w:val="it-IT"/>
        </w:rPr>
        <w:t>;</w:t>
      </w:r>
    </w:p>
    <w:p w:rsidR="00CF4E9C" w:rsidRPr="009C334A" w:rsidRDefault="00DC3A80" w:rsidP="00BF4B9F">
      <w:pPr>
        <w:spacing w:after="12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di essere a conoscenza che il voucher è riferito alle spese per attività sportive della stagione 2026/2027 e che, ai fini dell’erogazione, dovranno essere presentati la documentazione di iscrizione e la ricevuta di pagamento recante il costo totale dell’iscrizione al lordo del voucher;</w:t>
      </w:r>
    </w:p>
    <w:p w:rsidR="00CF4E9C" w:rsidRPr="009C334A" w:rsidRDefault="00DC3A80" w:rsidP="00BF4B9F">
      <w:pPr>
        <w:spacing w:after="12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di impegnarsi a comunicare tempestivamente eventuali variazioni rilevanti ai fini della presente domanda;</w:t>
      </w:r>
    </w:p>
    <w:p w:rsidR="00A7120D" w:rsidRPr="00A7120D" w:rsidRDefault="00DC3A80" w:rsidP="00960382">
      <w:pPr>
        <w:spacing w:after="120" w:line="240" w:lineRule="auto"/>
        <w:jc w:val="both"/>
        <w:rPr>
          <w:rFonts w:ascii="Candara" w:hAnsi="Candara"/>
          <w:sz w:val="24"/>
          <w:szCs w:val="24"/>
          <w:lang w:val="it-IT"/>
        </w:rPr>
      </w:pPr>
      <w:r w:rsidRPr="009C334A">
        <w:rPr>
          <w:rFonts w:ascii="MS Gothic" w:eastAsia="MS Gothic" w:hAnsi="MS Gothic" w:cs="MS Gothic" w:hint="eastAsi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</w:t>
      </w:r>
      <w:r w:rsidRPr="00A7120D">
        <w:rPr>
          <w:rFonts w:ascii="Candara" w:hAnsi="Candara"/>
          <w:sz w:val="24"/>
          <w:szCs w:val="24"/>
          <w:lang w:val="it-IT"/>
        </w:rPr>
        <w:t>di autorizzare il Comune a effettuare i controlli previsti dalla normativa sulla veridicità delle dichiarazioni rese.</w:t>
      </w:r>
    </w:p>
    <w:p w:rsidR="00CF4E9C" w:rsidRPr="00284D19" w:rsidRDefault="00DC3A80" w:rsidP="00960382">
      <w:pPr>
        <w:spacing w:after="120" w:line="240" w:lineRule="auto"/>
        <w:jc w:val="both"/>
        <w:rPr>
          <w:rFonts w:ascii="Candara" w:hAnsi="Candara"/>
          <w:b/>
          <w:color w:val="365F91" w:themeColor="accent1" w:themeShade="BF"/>
          <w:sz w:val="24"/>
          <w:szCs w:val="24"/>
        </w:rPr>
      </w:pPr>
      <w:r w:rsidRPr="00284D19">
        <w:rPr>
          <w:rFonts w:ascii="Candara" w:hAnsi="Candara"/>
          <w:b/>
          <w:color w:val="365F91" w:themeColor="accent1" w:themeShade="BF"/>
          <w:sz w:val="24"/>
          <w:szCs w:val="24"/>
        </w:rPr>
        <w:t>6. DOCUMENTI ALLEGATI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copia di un documento di identità in corso di validità del richiedente (se richiesta in base alla modalità di sottoscrizione/invio);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attestazione ISEE ordinario in corso di validità;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documentazione relativa alla disabilità certificata mediante verbale INPS, ove pertinente;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attestazione/prescrizione del medico competente relativa allo svolgimento di attività motoria o sportiva, in caso di sovrappeso/obesità con complicanze;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t>☐</w:t>
      </w:r>
      <w:r w:rsidRPr="009C334A">
        <w:rPr>
          <w:rFonts w:ascii="Candara" w:hAnsi="Candara"/>
          <w:sz w:val="24"/>
          <w:szCs w:val="24"/>
        </w:rPr>
        <w:t xml:space="preserve"> scheda aggiuntiva relativa ad altro minore per cui si richiede il voucher;</w:t>
      </w:r>
    </w:p>
    <w:p w:rsidR="00CF4E9C" w:rsidRPr="009C334A" w:rsidRDefault="00DC3A80" w:rsidP="00BF4B9F">
      <w:pPr>
        <w:spacing w:after="0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/>
          <w:sz w:val="24"/>
          <w:szCs w:val="24"/>
        </w:rPr>
        <w:lastRenderedPageBreak/>
        <w:t>☐</w:t>
      </w:r>
      <w:r w:rsidRPr="009C334A">
        <w:rPr>
          <w:rFonts w:ascii="Candara" w:hAnsi="Candara"/>
          <w:sz w:val="24"/>
          <w:szCs w:val="24"/>
        </w:rPr>
        <w:t xml:space="preserve"> </w:t>
      </w:r>
      <w:r w:rsidRPr="00284D19">
        <w:rPr>
          <w:rFonts w:ascii="Candara" w:hAnsi="Candara"/>
          <w:sz w:val="24"/>
          <w:szCs w:val="24"/>
          <w:lang w:val="it-IT"/>
        </w:rPr>
        <w:t>altra documentazione richiesta dall’Avviso:</w:t>
      </w:r>
      <w:r w:rsidRPr="009C334A">
        <w:rPr>
          <w:rFonts w:ascii="Candara" w:hAnsi="Candara"/>
          <w:sz w:val="24"/>
          <w:szCs w:val="24"/>
        </w:rPr>
        <w:t xml:space="preserve"> ____________________________________________________</w:t>
      </w:r>
      <w:r w:rsidR="00284D19">
        <w:rPr>
          <w:rFonts w:ascii="Candara" w:hAnsi="Candara"/>
          <w:sz w:val="24"/>
          <w:szCs w:val="24"/>
        </w:rPr>
        <w:t>_______________________________________________________________________________________________________________</w:t>
      </w:r>
    </w:p>
    <w:p w:rsidR="00CF4E9C" w:rsidRPr="009C334A" w:rsidRDefault="00DC3A80" w:rsidP="00284D19">
      <w:pPr>
        <w:pStyle w:val="Titolo1"/>
        <w:spacing w:before="24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7. MODALITÀ DI TRASMISSIONE E INFORMAZIONI</w:t>
      </w:r>
    </w:p>
    <w:p w:rsidR="00CF4E9C" w:rsidRPr="009C334A" w:rsidRDefault="00DC3A80" w:rsidP="00284D19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La domanda, compilata in ogni sua parte e sottoscritta, deve essere trasmessa secondo le modalità e nei termini indicati nell’Avviso pubblico del Comune di Pavullo nel Frignano. Recapiti indicati nell’Avviso: sport@comune.pavullo-nel-frignano.mo.it – PEC: comune.pavullo@cert.comune.pavullo-nel-frignano.mo.it.</w:t>
      </w:r>
    </w:p>
    <w:p w:rsidR="00CF4E9C" w:rsidRPr="009C334A" w:rsidRDefault="00DC3A80" w:rsidP="00284D19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Il Comune potrà richiedere chiarimenti o integrazioni nei limiti consentiti dalla normativa. La presentazione della domanda non comporta automaticamente il riconoscimento del voucher: l’ammissione è subordinata alla verifica dei requisiti e alle risorse disponibili, secondo i criteri stabiliti nell’Avviso pubblico.</w:t>
      </w:r>
    </w:p>
    <w:p w:rsidR="00CF4E9C" w:rsidRPr="009C334A" w:rsidRDefault="00DC3A80" w:rsidP="00284D19">
      <w:pPr>
        <w:pStyle w:val="Titolo1"/>
        <w:spacing w:before="120" w:line="240" w:lineRule="auto"/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8. INFORMATIVA SUL TRATTAMENTO DEI DATI PERSONALI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I dati personali, compresi quelli appartenenti a categorie particolari eventualmente contenuti nella documentazione sanitaria, saranno trattati dal Comune di Pavullo nel Frignano esclusivamente per le finalità istituzionali connesse alla ricezione, istruttoria e gestione della domanda, alla concessione ed erogazione del voucher e ai controlli previsti, nel rispetto del Regolamento (UE) 2016/679 e della normativa nazionale. L’informativa completa sul trattamento dei dati personali è resa disponibile unitamente all’Avviso e/o sul sito istituzionale del Comune. La documentazione sanitaria sarà trattata con particolare riservatezza.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Il/La sottoscritto/a dichiara di aver preso visione dell’informativa sul trattamento dei dati personali.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b/>
          <w:sz w:val="24"/>
          <w:szCs w:val="24"/>
        </w:rPr>
        <w:t>Luogo e data: ____________________________________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b/>
          <w:sz w:val="24"/>
          <w:szCs w:val="24"/>
        </w:rPr>
        <w:t>Firma del richiedente: __________________________________________________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t>La domanda può essere sottoscritta con firma autografa accompagnata da copia del documento di identità, ove previsto dalla modalità di presentazione, oppure con firma digitale/elettronica ammessa dalla normativa e dalle istruzioni comunali.</w:t>
      </w:r>
    </w:p>
    <w:p w:rsidR="00CF4E9C" w:rsidRPr="009C334A" w:rsidRDefault="00DC3A80" w:rsidP="009C334A">
      <w:pPr>
        <w:jc w:val="both"/>
        <w:rPr>
          <w:rFonts w:ascii="Candara" w:hAnsi="Candara"/>
          <w:sz w:val="24"/>
          <w:szCs w:val="24"/>
        </w:rPr>
      </w:pPr>
      <w:r w:rsidRPr="009C334A">
        <w:rPr>
          <w:rFonts w:ascii="Candara" w:hAnsi="Candara"/>
          <w:sz w:val="24"/>
          <w:szCs w:val="24"/>
        </w:rPr>
        <w:br w:type="page"/>
      </w:r>
    </w:p>
    <w:p w:rsidR="00CF4E9C" w:rsidRPr="00770725" w:rsidRDefault="00DC3A80" w:rsidP="009C334A">
      <w:pPr>
        <w:pStyle w:val="Titolo1"/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lastRenderedPageBreak/>
        <w:t>SCHEDA AGGIUNTIVA – UN MINORE PER OGNI SCHEDA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Da allegare alla domanda principale esclusivamente se si richiede il voucher per più minori appartenenti allo stesso nucleo familiare.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Richiedente (cognome e nome) _________________________________________________________________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Minore (cognome e nome) _____________________________________________________________________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</w:t>
      </w:r>
    </w:p>
    <w:p w:rsidR="00CF4E9C" w:rsidRPr="00770725" w:rsidRDefault="00770725" w:rsidP="009C334A">
      <w:pPr>
        <w:jc w:val="both"/>
        <w:rPr>
          <w:rFonts w:ascii="Candara" w:hAnsi="Candara"/>
          <w:sz w:val="24"/>
          <w:szCs w:val="24"/>
          <w:lang w:val="it-IT"/>
        </w:rPr>
      </w:pPr>
      <w:r>
        <w:rPr>
          <w:rFonts w:ascii="Candara" w:hAnsi="Candara"/>
          <w:sz w:val="24"/>
          <w:szCs w:val="24"/>
          <w:lang w:val="it-IT"/>
        </w:rPr>
        <w:t>Data di nascita ____/____/</w:t>
      </w:r>
      <w:r w:rsidR="00DC3A80" w:rsidRPr="00770725">
        <w:rPr>
          <w:rFonts w:ascii="Candara" w:hAnsi="Candara"/>
          <w:sz w:val="24"/>
          <w:szCs w:val="24"/>
          <w:lang w:val="it-IT"/>
        </w:rPr>
        <w:t>______ Codice fiscale ______________________________________________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/>
          <w:sz w:val="24"/>
          <w:szCs w:val="24"/>
          <w:lang w:val="it-IT"/>
        </w:rPr>
        <w:t>☐</w:t>
      </w:r>
      <w:r w:rsidRPr="00770725">
        <w:rPr>
          <w:rFonts w:ascii="Candara" w:hAnsi="Candara"/>
          <w:sz w:val="24"/>
          <w:szCs w:val="24"/>
          <w:lang w:val="it-IT"/>
        </w:rPr>
        <w:t xml:space="preserve"> Disabilità certificata mediante verbale INPS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/>
          <w:sz w:val="24"/>
          <w:szCs w:val="24"/>
          <w:lang w:val="it-IT"/>
        </w:rPr>
        <w:t>☐</w:t>
      </w:r>
      <w:r w:rsidRPr="00770725">
        <w:rPr>
          <w:rFonts w:ascii="Candara" w:hAnsi="Candara"/>
          <w:sz w:val="24"/>
          <w:szCs w:val="24"/>
          <w:lang w:val="it-IT"/>
        </w:rPr>
        <w:t xml:space="preserve"> Sovrappeso/obesità con complicanze con indicazione medica allo svolgimento di attività motoria o sportiva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Attività/soggetto sportivo (se già individuati) ____________________________________________________</w:t>
      </w:r>
      <w:r w:rsidR="009C334A" w:rsidRPr="00770725">
        <w:rPr>
          <w:rFonts w:ascii="Candara" w:hAnsi="Candara"/>
          <w:sz w:val="24"/>
          <w:szCs w:val="24"/>
          <w:lang w:val="it-IT"/>
        </w:rPr>
        <w:t>_____________________________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Dichiaro che le informazioni sopra riportate sono veritiere e che la richiesta riguarda un solo voucher per il minore indicato.</w:t>
      </w:r>
    </w:p>
    <w:p w:rsidR="00CF4E9C" w:rsidRPr="00770725" w:rsidRDefault="00DC3A80" w:rsidP="009C334A">
      <w:pPr>
        <w:jc w:val="both"/>
        <w:rPr>
          <w:rFonts w:ascii="Candara" w:hAnsi="Candara"/>
          <w:sz w:val="24"/>
          <w:szCs w:val="24"/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Luogo e data: ____________________________________</w:t>
      </w:r>
    </w:p>
    <w:p w:rsidR="00CF4E9C" w:rsidRPr="00770725" w:rsidRDefault="00DC3A80" w:rsidP="009C334A">
      <w:pPr>
        <w:jc w:val="both"/>
        <w:rPr>
          <w:lang w:val="it-IT"/>
        </w:rPr>
      </w:pPr>
      <w:r w:rsidRPr="00770725">
        <w:rPr>
          <w:rFonts w:ascii="Candara" w:hAnsi="Candara"/>
          <w:sz w:val="24"/>
          <w:szCs w:val="24"/>
          <w:lang w:val="it-IT"/>
        </w:rPr>
        <w:t>Firma del richiedente: _________________</w:t>
      </w:r>
      <w:r w:rsidRPr="00770725">
        <w:rPr>
          <w:lang w:val="it-IT"/>
        </w:rPr>
        <w:t>_________________________________</w:t>
      </w:r>
    </w:p>
    <w:sectPr w:rsidR="00CF4E9C" w:rsidRPr="00770725" w:rsidSect="00034616">
      <w:footerReference w:type="default" r:id="rId11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CE2" w:rsidRDefault="00317CE2" w:rsidP="00CF4E9C">
      <w:pPr>
        <w:spacing w:after="0" w:line="240" w:lineRule="auto"/>
      </w:pPr>
      <w:r>
        <w:separator/>
      </w:r>
    </w:p>
  </w:endnote>
  <w:endnote w:type="continuationSeparator" w:id="0">
    <w:p w:rsidR="00317CE2" w:rsidRDefault="00317CE2" w:rsidP="00CF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9C" w:rsidRDefault="00DC3A80">
    <w:pPr>
      <w:pStyle w:val="Pidipagina"/>
      <w:jc w:val="center"/>
    </w:pPr>
    <w:r>
      <w:t>Comune di Pavullo nel Frignano – Voucher Sport Emilia-Romagna 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CE2" w:rsidRDefault="00317CE2" w:rsidP="00CF4E9C">
      <w:pPr>
        <w:spacing w:after="0" w:line="240" w:lineRule="auto"/>
      </w:pPr>
      <w:r>
        <w:separator/>
      </w:r>
    </w:p>
  </w:footnote>
  <w:footnote w:type="continuationSeparator" w:id="0">
    <w:p w:rsidR="00317CE2" w:rsidRDefault="00317CE2" w:rsidP="00CF4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419D"/>
    <w:rsid w:val="00034616"/>
    <w:rsid w:val="0006063C"/>
    <w:rsid w:val="000D198B"/>
    <w:rsid w:val="0015074B"/>
    <w:rsid w:val="001B0560"/>
    <w:rsid w:val="001B7C15"/>
    <w:rsid w:val="00284D19"/>
    <w:rsid w:val="0029639D"/>
    <w:rsid w:val="00317CE2"/>
    <w:rsid w:val="00325592"/>
    <w:rsid w:val="00326F90"/>
    <w:rsid w:val="00332F40"/>
    <w:rsid w:val="00376FB0"/>
    <w:rsid w:val="00403F53"/>
    <w:rsid w:val="0040623C"/>
    <w:rsid w:val="00445171"/>
    <w:rsid w:val="00460409"/>
    <w:rsid w:val="00612390"/>
    <w:rsid w:val="00770725"/>
    <w:rsid w:val="00775D41"/>
    <w:rsid w:val="008826D2"/>
    <w:rsid w:val="00960382"/>
    <w:rsid w:val="009709A1"/>
    <w:rsid w:val="009C334A"/>
    <w:rsid w:val="009E466B"/>
    <w:rsid w:val="00A7120D"/>
    <w:rsid w:val="00AA1D8D"/>
    <w:rsid w:val="00B47730"/>
    <w:rsid w:val="00BF4B9F"/>
    <w:rsid w:val="00C254C9"/>
    <w:rsid w:val="00CB0664"/>
    <w:rsid w:val="00CF4E9C"/>
    <w:rsid w:val="00D572E8"/>
    <w:rsid w:val="00DC3A80"/>
    <w:rsid w:val="00E57F0B"/>
    <w:rsid w:val="00EC418F"/>
    <w:rsid w:val="00FC693F"/>
    <w:rsid w:val="00FF4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eastAsia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826D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nhideWhenUsed/>
    <w:rsid w:val="008826D2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semiHidden/>
    <w:rsid w:val="00882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8826D2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6D2"/>
    <w:rPr>
      <w:rFonts w:ascii="Tahoma" w:eastAsia="Arial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0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ort@comune.pavullo-nel-frignano.m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e.pavullo@cert.comune.pavullo-nel-frignano.m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306FF6-19CB-491B-A95A-4170ED16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rventurelli</cp:lastModifiedBy>
  <cp:revision>12</cp:revision>
  <cp:lastPrinted>2026-10-30T10:46:00Z</cp:lastPrinted>
  <dcterms:created xsi:type="dcterms:W3CDTF">2026-10-27T17:20:00Z</dcterms:created>
  <dcterms:modified xsi:type="dcterms:W3CDTF">2026-10-30T10:47:00Z</dcterms:modified>
</cp:coreProperties>
</file>